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40" w:lineRule="auto"/>
        <w:jc w:val="center"/>
      </w:pPr>
      <w:r>
        <w:rPr>
          <w:rFonts w:ascii="Liberation Sans" w:hAnsi="Liberation Sans"/>
          <w:b/>
          <w:color w:val="17365D"/>
          <w:sz w:val="48"/>
        </w:rPr>
        <w:t>YOUR BODY ON ANXIETY</w:t>
      </w:r>
    </w:p>
    <w:p>
      <w:pPr>
        <w:spacing w:before="0" w:after="160" w:line="240" w:lineRule="auto"/>
        <w:jc w:val="center"/>
      </w:pPr>
      <w:r>
        <w:rPr>
          <w:rFonts w:ascii="Liberation Sans" w:hAnsi="Liberation Sans"/>
          <w:b/>
          <w:color w:val="0D7C86"/>
          <w:sz w:val="22"/>
        </w:rPr>
        <w:t>Because anxiety is not all in your head.</w:t>
      </w:r>
    </w:p>
    <w:p>
      <w:pPr>
        <w:spacing w:before="0" w:after="160" w:line="240" w:lineRule="auto"/>
        <w:jc w:val="right"/>
      </w:pPr>
      <w:r>
        <w:rPr>
          <w:rFonts w:ascii="Liberation Sans" w:hAnsi="Liberation Sans"/>
          <w:b/>
          <w:color w:val="64748B"/>
          <w:sz w:val="16"/>
        </w:rPr>
        <w:t>LEARN YOUR BODY'S ALARM LANGUAGE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84"/>
      </w:tblGrid>
      <w:tr>
        <w:tc>
          <w:tcPr>
            <w:tcW w:type="dxa" w:w="10800"/>
            <w:shd w:fill="FFF1E6"/>
            <w:tcBorders>
              <w:top w:val="single" w:sz="10" w:color="F7C79D"/>
              <w:left w:val="single" w:sz="10" w:color="F7C79D"/>
              <w:bottom w:val="single" w:sz="10" w:color="F7C79D"/>
              <w:right w:val="single" w:sz="10" w:color="F7C79D"/>
            </w:tcBorders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pPr>
              <w:spacing w:before="0" w:after="0" w:line="252" w:lineRule="auto"/>
            </w:pPr>
            <w:r>
              <w:rPr>
                <w:rFonts w:ascii="Liberation Sans" w:hAnsi="Liberation Sans"/>
                <w:b/>
                <w:color w:val="F28C45"/>
                <w:sz w:val="21"/>
              </w:rPr>
              <w:t xml:space="preserve">Something real is happening - but it does not mean something is wrong. </w:t>
            </w:r>
            <w:r>
              <w:rPr>
                <w:rFonts w:ascii="Liberation Sans" w:hAnsi="Liberation Sans"/>
                <w:b w:val="0"/>
                <w:color w:val="273444"/>
                <w:sz w:val="21"/>
              </w:rPr>
              <w:t>Your body is performing important emergency jobs. During a false alarm, those changes can feel weird or scary, but they are temporary and not dangerous.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72"/>
        <w:gridCol w:w="3096"/>
        <w:gridCol w:w="3672"/>
      </w:tblGrid>
      <w:tr>
        <w:tc>
          <w:tcPr>
            <w:tcW w:type="dxa" w:w="3600"/>
            <w:vAlign w:val="center"/>
            <w:shd w:fill="DFF3F2"/>
            <w:tcBorders>
              <w:top w:val="single" w:sz="8" w:color="D6E4EA"/>
              <w:left w:val="single" w:sz="8" w:color="D6E4EA"/>
              <w:bottom w:val="single" w:sz="8" w:color="D6E4EA"/>
              <w:right w:val="single" w:sz="8" w:color="D6E4EA"/>
            </w:tcBorders>
            <w:tcMar>
              <w:top w:w="66" w:type="dxa"/>
              <w:start w:w="92" w:type="dxa"/>
              <w:bottom w:w="66" w:type="dxa"/>
              <w:end w:w="92" w:type="dxa"/>
            </w:tcMar>
          </w:tcPr>
          <w:p>
            <w:pPr>
              <w:spacing w:before="0" w:after="20" w:line="240" w:lineRule="auto"/>
            </w:pPr>
            <w:r>
              <w:rPr>
                <w:rFonts w:ascii="Liberation Sans" w:hAnsi="Liberation Sans"/>
                <w:b/>
                <w:color w:val="0D7C86"/>
                <w:sz w:val="14"/>
              </w:rPr>
              <w:t>HEAD</w:t>
            </w:r>
          </w:p>
          <w:p>
            <w:pPr>
              <w:spacing w:before="0" w:after="20" w:line="240" w:lineRule="auto"/>
            </w:pPr>
            <w:r>
              <w:rPr>
                <w:rFonts w:ascii="Liberation Sans" w:hAnsi="Liberation Sans"/>
                <w:b/>
                <w:color w:val="17365D"/>
                <w:sz w:val="17"/>
              </w:rPr>
              <w:t>My head feels foggy, dizzy, or unreal.</w:t>
            </w:r>
          </w:p>
          <w:p>
            <w:pPr>
              <w:spacing w:before="0" w:after="0" w:line="240" w:lineRule="auto"/>
            </w:pPr>
            <w:r>
              <w:rPr>
                <w:rFonts w:ascii="Liberation Sans" w:hAnsi="Liberation Sans"/>
                <w:b w:val="0"/>
                <w:color w:val="273444"/>
                <w:sz w:val="15"/>
              </w:rPr>
              <w:t>Your breathing has powered up for action. But during a false alarm, those extra breaths can make your head feel a little dizzy or foggy.</w:t>
            </w:r>
          </w:p>
        </w:tc>
        <w:tc>
          <w:tcPr>
            <w:tcW w:type="dxa" w:w="3600"/>
            <w:vMerge w:val="restart"/>
            <w:vAlign w:val="center"/>
            <w:shd w:fill="FFFFFF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  <w:tcMar>
              <w:top w:w="30" w:type="dxa"/>
              <w:start w:w="30" w:type="dxa"/>
              <w:bottom w:w="30" w:type="dxa"/>
              <w:end w:w="3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74519" cy="281177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exec-d2afa372-798d-4b8f-80f6-2192c60288d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19" cy="281177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600"/>
            <w:vAlign w:val="center"/>
            <w:shd w:fill="EAF2F8"/>
            <w:tcBorders>
              <w:top w:val="single" w:sz="8" w:color="D6E4EA"/>
              <w:left w:val="single" w:sz="8" w:color="D6E4EA"/>
              <w:bottom w:val="single" w:sz="8" w:color="D6E4EA"/>
              <w:right w:val="single" w:sz="8" w:color="D6E4EA"/>
            </w:tcBorders>
            <w:tcMar>
              <w:top w:w="60" w:type="dxa"/>
              <w:start w:w="92" w:type="dxa"/>
              <w:bottom w:w="60" w:type="dxa"/>
              <w:end w:w="92" w:type="dxa"/>
            </w:tcMar>
          </w:tcPr>
          <w:p>
            <w:pPr>
              <w:spacing w:before="0" w:after="20" w:line="240" w:lineRule="auto"/>
            </w:pPr>
            <w:r>
              <w:rPr>
                <w:rFonts w:ascii="Liberation Sans" w:hAnsi="Liberation Sans"/>
                <w:b/>
                <w:color w:val="0D7C86"/>
                <w:sz w:val="14"/>
              </w:rPr>
              <w:t>STOMACH</w:t>
            </w:r>
          </w:p>
          <w:p>
            <w:pPr>
              <w:spacing w:before="0" w:after="20" w:line="240" w:lineRule="auto"/>
            </w:pPr>
            <w:r>
              <w:rPr>
                <w:rFonts w:ascii="Liberation Sans" w:hAnsi="Liberation Sans"/>
                <w:b/>
                <w:color w:val="17365D"/>
                <w:sz w:val="17"/>
              </w:rPr>
              <w:t>I have butterflies or feel nauseous.</w:t>
            </w:r>
          </w:p>
          <w:p>
            <w:pPr>
              <w:spacing w:before="0" w:after="0" w:line="240" w:lineRule="auto"/>
            </w:pPr>
            <w:r>
              <w:rPr>
                <w:rFonts w:ascii="Liberation Sans" w:hAnsi="Liberation Sans"/>
                <w:b w:val="0"/>
                <w:color w:val="273444"/>
                <w:sz w:val="15"/>
              </w:rPr>
              <w:t>Digestion slows so your body can direct more energy toward responding to danger.</w:t>
            </w:r>
          </w:p>
        </w:tc>
      </w:tr>
      <w:tr>
        <w:tc>
          <w:tcPr>
            <w:tcW w:type="dxa" w:w="3600"/>
            <w:vAlign w:val="center"/>
            <w:shd w:fill="EAF2F8"/>
            <w:tcBorders>
              <w:top w:val="single" w:sz="8" w:color="D6E4EA"/>
              <w:left w:val="single" w:sz="8" w:color="D6E4EA"/>
              <w:bottom w:val="single" w:sz="8" w:color="D6E4EA"/>
              <w:right w:val="single" w:sz="8" w:color="D6E4EA"/>
            </w:tcBorders>
            <w:tcMar>
              <w:top w:w="66" w:type="dxa"/>
              <w:start w:w="92" w:type="dxa"/>
              <w:bottom w:w="66" w:type="dxa"/>
              <w:end w:w="92" w:type="dxa"/>
            </w:tcMar>
          </w:tcPr>
          <w:p>
            <w:pPr>
              <w:spacing w:before="0" w:after="20" w:line="240" w:lineRule="auto"/>
            </w:pPr>
            <w:r>
              <w:rPr>
                <w:rFonts w:ascii="Liberation Sans" w:hAnsi="Liberation Sans"/>
                <w:b/>
                <w:color w:val="0D7C86"/>
                <w:sz w:val="14"/>
              </w:rPr>
              <w:t>BREATHING</w:t>
            </w:r>
          </w:p>
          <w:p>
            <w:pPr>
              <w:spacing w:before="0" w:after="20" w:line="240" w:lineRule="auto"/>
            </w:pPr>
            <w:r>
              <w:rPr>
                <w:rFonts w:ascii="Liberation Sans" w:hAnsi="Liberation Sans"/>
                <w:b/>
                <w:color w:val="17365D"/>
                <w:sz w:val="17"/>
              </w:rPr>
              <w:t>I feel like I can't get a good breath.</w:t>
            </w:r>
          </w:p>
          <w:p>
            <w:pPr>
              <w:spacing w:before="0" w:after="0" w:line="240" w:lineRule="auto"/>
            </w:pPr>
            <w:r>
              <w:rPr>
                <w:rFonts w:ascii="Liberation Sans" w:hAnsi="Liberation Sans"/>
                <w:b w:val="0"/>
                <w:color w:val="273444"/>
                <w:sz w:val="15"/>
              </w:rPr>
              <w:t>Your airways open and your breathing speeds up to bring in more oxygen for quick action.</w:t>
            </w:r>
          </w:p>
        </w:tc>
        <w:tc>
          <w:tcPr>
            <w:tcW w:type="dxa" w:w="3600"/>
            <w:vMerge/>
          </w:tcPr>
          <w:p/>
        </w:tc>
        <w:tc>
          <w:tcPr>
            <w:tcW w:type="dxa" w:w="3600"/>
            <w:vAlign w:val="center"/>
            <w:shd w:fill="DFF3F2"/>
            <w:tcBorders>
              <w:top w:val="single" w:sz="8" w:color="D6E4EA"/>
              <w:left w:val="single" w:sz="8" w:color="D6E4EA"/>
              <w:bottom w:val="single" w:sz="8" w:color="D6E4EA"/>
              <w:right w:val="single" w:sz="8" w:color="D6E4EA"/>
            </w:tcBorders>
            <w:tcMar>
              <w:top w:w="60" w:type="dxa"/>
              <w:start w:w="92" w:type="dxa"/>
              <w:bottom w:w="60" w:type="dxa"/>
              <w:end w:w="92" w:type="dxa"/>
            </w:tcMar>
          </w:tcPr>
          <w:p>
            <w:pPr>
              <w:spacing w:before="0" w:after="20" w:line="240" w:lineRule="auto"/>
            </w:pPr>
            <w:r>
              <w:rPr>
                <w:rFonts w:ascii="Liberation Sans" w:hAnsi="Liberation Sans"/>
                <w:b/>
                <w:color w:val="0D7C86"/>
                <w:sz w:val="14"/>
              </w:rPr>
              <w:t>SKIN</w:t>
            </w:r>
          </w:p>
          <w:p>
            <w:pPr>
              <w:spacing w:before="0" w:after="20" w:line="240" w:lineRule="auto"/>
            </w:pPr>
            <w:r>
              <w:rPr>
                <w:rFonts w:ascii="Liberation Sans" w:hAnsi="Liberation Sans"/>
                <w:b/>
                <w:color w:val="17365D"/>
                <w:sz w:val="17"/>
              </w:rPr>
              <w:t>I feel hot and sweaty.</w:t>
            </w:r>
          </w:p>
          <w:p>
            <w:pPr>
              <w:spacing w:before="0" w:after="0" w:line="240" w:lineRule="auto"/>
            </w:pPr>
            <w:r>
              <w:rPr>
                <w:rFonts w:ascii="Liberation Sans" w:hAnsi="Liberation Sans"/>
                <w:b w:val="0"/>
                <w:color w:val="273444"/>
                <w:sz w:val="15"/>
              </w:rPr>
              <w:t>Your body produces sweat to keep you cool in case you need to move quickly.</w:t>
            </w:r>
          </w:p>
        </w:tc>
      </w:tr>
      <w:tr>
        <w:tc>
          <w:tcPr>
            <w:tcW w:type="dxa" w:w="3600"/>
            <w:vAlign w:val="center"/>
            <w:shd w:fill="DFF3F2"/>
            <w:tcBorders>
              <w:top w:val="single" w:sz="8" w:color="D6E4EA"/>
              <w:left w:val="single" w:sz="8" w:color="D6E4EA"/>
              <w:bottom w:val="single" w:sz="8" w:color="D6E4EA"/>
              <w:right w:val="single" w:sz="8" w:color="D6E4EA"/>
            </w:tcBorders>
            <w:tcMar>
              <w:top w:w="66" w:type="dxa"/>
              <w:start w:w="92" w:type="dxa"/>
              <w:bottom w:w="66" w:type="dxa"/>
              <w:end w:w="92" w:type="dxa"/>
            </w:tcMar>
          </w:tcPr>
          <w:p>
            <w:pPr>
              <w:spacing w:before="0" w:after="20" w:line="240" w:lineRule="auto"/>
            </w:pPr>
            <w:r>
              <w:rPr>
                <w:rFonts w:ascii="Liberation Sans" w:hAnsi="Liberation Sans"/>
                <w:b/>
                <w:color w:val="0D7C86"/>
                <w:sz w:val="14"/>
              </w:rPr>
              <w:t>HEART</w:t>
            </w:r>
          </w:p>
          <w:p>
            <w:pPr>
              <w:spacing w:before="0" w:after="20" w:line="240" w:lineRule="auto"/>
            </w:pPr>
            <w:r>
              <w:rPr>
                <w:rFonts w:ascii="Liberation Sans" w:hAnsi="Liberation Sans"/>
                <w:b/>
                <w:color w:val="17365D"/>
                <w:sz w:val="17"/>
              </w:rPr>
              <w:t>My heart is racing.</w:t>
            </w:r>
          </w:p>
          <w:p>
            <w:pPr>
              <w:spacing w:before="0" w:after="0" w:line="240" w:lineRule="auto"/>
            </w:pPr>
            <w:r>
              <w:rPr>
                <w:rFonts w:ascii="Liberation Sans" w:hAnsi="Liberation Sans"/>
                <w:b w:val="0"/>
                <w:color w:val="273444"/>
                <w:sz w:val="15"/>
              </w:rPr>
              <w:t>Your heart pumps faster to send more blood and oxygen to the muscles that may need to act.</w:t>
            </w:r>
          </w:p>
        </w:tc>
        <w:tc>
          <w:tcPr>
            <w:tcW w:type="dxa" w:w="3600"/>
            <w:vMerge/>
          </w:tcPr>
          <w:p/>
        </w:tc>
        <w:tc>
          <w:tcPr>
            <w:tcW w:type="dxa" w:w="3600"/>
            <w:vAlign w:val="center"/>
            <w:shd w:fill="EAF2F8"/>
            <w:tcBorders>
              <w:top w:val="single" w:sz="8" w:color="D6E4EA"/>
              <w:left w:val="single" w:sz="8" w:color="D6E4EA"/>
              <w:bottom w:val="single" w:sz="8" w:color="D6E4EA"/>
              <w:right w:val="single" w:sz="8" w:color="D6E4EA"/>
            </w:tcBorders>
            <w:tcMar>
              <w:top w:w="60" w:type="dxa"/>
              <w:start w:w="92" w:type="dxa"/>
              <w:bottom w:w="60" w:type="dxa"/>
              <w:end w:w="92" w:type="dxa"/>
            </w:tcMar>
          </w:tcPr>
          <w:p>
            <w:pPr>
              <w:spacing w:before="0" w:after="20" w:line="240" w:lineRule="auto"/>
            </w:pPr>
            <w:r>
              <w:rPr>
                <w:rFonts w:ascii="Liberation Sans" w:hAnsi="Liberation Sans"/>
                <w:b/>
                <w:color w:val="0D7C86"/>
                <w:sz w:val="14"/>
              </w:rPr>
              <w:t>HANDS</w:t>
            </w:r>
          </w:p>
          <w:p>
            <w:pPr>
              <w:spacing w:before="0" w:after="20" w:line="240" w:lineRule="auto"/>
            </w:pPr>
            <w:r>
              <w:rPr>
                <w:rFonts w:ascii="Liberation Sans" w:hAnsi="Liberation Sans"/>
                <w:b/>
                <w:color w:val="17365D"/>
                <w:sz w:val="17"/>
              </w:rPr>
              <w:t>My hands feel cold or tingly.</w:t>
            </w:r>
          </w:p>
          <w:p>
            <w:pPr>
              <w:spacing w:before="0" w:after="0" w:line="240" w:lineRule="auto"/>
            </w:pPr>
            <w:r>
              <w:rPr>
                <w:rFonts w:ascii="Liberation Sans" w:hAnsi="Liberation Sans"/>
                <w:b w:val="0"/>
                <w:color w:val="273444"/>
                <w:sz w:val="15"/>
              </w:rPr>
              <w:t>Blood shifts toward your heart and larger muscles so your body is ready for action.</w:t>
            </w:r>
          </w:p>
        </w:tc>
      </w:tr>
      <w:tr>
        <w:tc>
          <w:tcPr>
            <w:tcW w:type="dxa" w:w="3600"/>
            <w:vAlign w:val="center"/>
            <w:shd w:fill="EAF2F8"/>
            <w:tcBorders>
              <w:top w:val="single" w:sz="8" w:color="D6E4EA"/>
              <w:left w:val="single" w:sz="8" w:color="D6E4EA"/>
              <w:bottom w:val="single" w:sz="8" w:color="D6E4EA"/>
              <w:right w:val="single" w:sz="8" w:color="D6E4EA"/>
            </w:tcBorders>
            <w:tcMar>
              <w:top w:w="66" w:type="dxa"/>
              <w:start w:w="92" w:type="dxa"/>
              <w:bottom w:w="66" w:type="dxa"/>
              <w:end w:w="92" w:type="dxa"/>
            </w:tcMar>
          </w:tcPr>
          <w:p>
            <w:pPr>
              <w:spacing w:before="0" w:after="20" w:line="240" w:lineRule="auto"/>
            </w:pPr>
            <w:r>
              <w:rPr>
                <w:rFonts w:ascii="Liberation Sans" w:hAnsi="Liberation Sans"/>
                <w:b/>
                <w:color w:val="0D7C86"/>
                <w:sz w:val="14"/>
              </w:rPr>
              <w:t>VISION</w:t>
            </w:r>
          </w:p>
          <w:p>
            <w:pPr>
              <w:spacing w:before="0" w:after="20" w:line="240" w:lineRule="auto"/>
            </w:pPr>
            <w:r>
              <w:rPr>
                <w:rFonts w:ascii="Liberation Sans" w:hAnsi="Liberation Sans"/>
                <w:b/>
                <w:color w:val="17365D"/>
                <w:sz w:val="17"/>
              </w:rPr>
              <w:t>Things look weird or distorted.</w:t>
            </w:r>
          </w:p>
          <w:p>
            <w:pPr>
              <w:spacing w:before="0" w:after="0" w:line="240" w:lineRule="auto"/>
            </w:pPr>
            <w:r>
              <w:rPr>
                <w:rFonts w:ascii="Liberation Sans" w:hAnsi="Liberation Sans"/>
                <w:b w:val="0"/>
                <w:color w:val="273444"/>
                <w:sz w:val="15"/>
              </w:rPr>
              <w:t>Your pupils widen to take in more light and help you spot possible danger.</w:t>
            </w:r>
          </w:p>
        </w:tc>
        <w:tc>
          <w:tcPr>
            <w:tcW w:type="dxa" w:w="3600"/>
            <w:vMerge/>
          </w:tcPr>
          <w:p/>
        </w:tc>
        <w:tc>
          <w:tcPr>
            <w:tcW w:type="dxa" w:w="3600"/>
            <w:vAlign w:val="center"/>
            <w:shd w:fill="DFF3F2"/>
            <w:tcBorders>
              <w:top w:val="single" w:sz="8" w:color="D6E4EA"/>
              <w:left w:val="single" w:sz="8" w:color="D6E4EA"/>
              <w:bottom w:val="single" w:sz="8" w:color="D6E4EA"/>
              <w:right w:val="single" w:sz="8" w:color="D6E4EA"/>
            </w:tcBorders>
            <w:tcMar>
              <w:top w:w="60" w:type="dxa"/>
              <w:start w:w="92" w:type="dxa"/>
              <w:bottom w:w="60" w:type="dxa"/>
              <w:end w:w="92" w:type="dxa"/>
            </w:tcMar>
          </w:tcPr>
          <w:p>
            <w:pPr>
              <w:spacing w:before="0" w:after="20" w:line="240" w:lineRule="auto"/>
            </w:pPr>
            <w:r>
              <w:rPr>
                <w:rFonts w:ascii="Liberation Sans" w:hAnsi="Liberation Sans"/>
                <w:b/>
                <w:color w:val="0D7C86"/>
                <w:sz w:val="14"/>
              </w:rPr>
              <w:t>MUSCLES</w:t>
            </w:r>
          </w:p>
          <w:p>
            <w:pPr>
              <w:spacing w:before="0" w:after="20" w:line="240" w:lineRule="auto"/>
            </w:pPr>
            <w:r>
              <w:rPr>
                <w:rFonts w:ascii="Liberation Sans" w:hAnsi="Liberation Sans"/>
                <w:b/>
                <w:color w:val="17365D"/>
                <w:sz w:val="17"/>
              </w:rPr>
              <w:t>My body feels shaky or weak.</w:t>
            </w:r>
          </w:p>
          <w:p>
            <w:pPr>
              <w:spacing w:before="0" w:after="0" w:line="240" w:lineRule="auto"/>
            </w:pPr>
            <w:r>
              <w:rPr>
                <w:rFonts w:ascii="Liberation Sans" w:hAnsi="Liberation Sans"/>
                <w:b w:val="0"/>
                <w:color w:val="273444"/>
                <w:sz w:val="15"/>
              </w:rPr>
              <w:t>Your muscles tense and receive quick energy so they are ready to move.</w:t>
            </w:r>
          </w:p>
        </w:tc>
      </w:tr>
      <w:tr>
        <w:tc>
          <w:tcPr>
            <w:tcW w:type="dxa" w:w="3600"/>
            <w:shd w:fill="FFF1E6"/>
            <w:tcBorders>
              <w:top w:val="single" w:sz="8" w:color="F7C79D"/>
              <w:left w:val="single" w:sz="8" w:color="F7C79D"/>
              <w:bottom w:val="single" w:sz="8" w:color="F7C79D"/>
              <w:right w:val="single" w:sz="8" w:color="F7C79D"/>
            </w:tcBorders>
            <w:tcMar>
              <w:top w:w="70" w:type="dxa"/>
              <w:start w:w="95" w:type="dxa"/>
              <w:bottom w:w="70" w:type="dxa"/>
              <w:end w:w="95" w:type="dxa"/>
            </w:tcMar>
          </w:tcPr>
          <w:p>
            <w:pPr>
              <w:spacing w:before="0" w:after="40" w:line="240" w:lineRule="auto"/>
            </w:pPr>
            <w:r>
              <w:rPr>
                <w:rFonts w:ascii="Liberation Sans" w:hAnsi="Liberation Sans"/>
                <w:b/>
                <w:color w:val="F28C45"/>
                <w:sz w:val="14"/>
              </w:rPr>
              <w:t>REMEMBER</w:t>
            </w:r>
          </w:p>
          <w:p>
            <w:pPr>
              <w:spacing w:before="0" w:after="40" w:line="240" w:lineRule="auto"/>
            </w:pPr>
            <w:r>
              <w:rPr>
                <w:rFonts w:ascii="Liberation Sans" w:hAnsi="Liberation Sans"/>
                <w:b/>
                <w:color w:val="17365D"/>
                <w:sz w:val="17"/>
              </w:rPr>
              <w:t>Helpful in a real emergency.</w:t>
            </w:r>
          </w:p>
          <w:p>
            <w:pPr>
              <w:spacing w:before="0" w:after="0" w:line="240" w:lineRule="auto"/>
            </w:pPr>
            <w:r>
              <w:rPr>
                <w:rFonts w:ascii="Liberation Sans" w:hAnsi="Liberation Sans"/>
                <w:b w:val="0"/>
                <w:color w:val="273444"/>
                <w:sz w:val="15"/>
              </w:rPr>
              <w:t>Uncomfortable - but not dangerous - during a false alarm.</w:t>
            </w:r>
          </w:p>
        </w:tc>
        <w:tc>
          <w:tcPr>
            <w:tcW w:type="dxa" w:w="3600"/>
            <w:vMerge/>
          </w:tcPr>
          <w:p/>
        </w:tc>
        <w:tc>
          <w:tcPr>
            <w:tcW w:type="dxa" w:w="3600"/>
            <w:vAlign w:val="center"/>
            <w:shd w:fill="EAF2F8"/>
            <w:tcBorders>
              <w:top w:val="single" w:sz="8" w:color="D6E4EA"/>
              <w:left w:val="single" w:sz="8" w:color="D6E4EA"/>
              <w:bottom w:val="single" w:sz="8" w:color="D6E4EA"/>
              <w:right w:val="single" w:sz="8" w:color="D6E4EA"/>
            </w:tcBorders>
            <w:tcMar>
              <w:top w:w="60" w:type="dxa"/>
              <w:start w:w="92" w:type="dxa"/>
              <w:bottom w:w="60" w:type="dxa"/>
              <w:end w:w="92" w:type="dxa"/>
            </w:tcMar>
          </w:tcPr>
          <w:p>
            <w:pPr>
              <w:spacing w:before="0" w:after="20" w:line="240" w:lineRule="auto"/>
            </w:pPr>
            <w:r>
              <w:rPr>
                <w:rFonts w:ascii="Liberation Sans" w:hAnsi="Liberation Sans"/>
                <w:b/>
                <w:color w:val="0D7C86"/>
                <w:sz w:val="14"/>
              </w:rPr>
              <w:t>WHOLE BODY</w:t>
            </w:r>
          </w:p>
          <w:p>
            <w:pPr>
              <w:spacing w:before="0" w:after="20" w:line="240" w:lineRule="auto"/>
            </w:pPr>
            <w:r>
              <w:rPr>
                <w:rFonts w:ascii="Liberation Sans" w:hAnsi="Liberation Sans"/>
                <w:b/>
                <w:color w:val="17365D"/>
                <w:sz w:val="17"/>
              </w:rPr>
              <w:t>I feel like I'm losing control.</w:t>
            </w:r>
          </w:p>
          <w:p>
            <w:pPr>
              <w:spacing w:before="0" w:after="0" w:line="240" w:lineRule="auto"/>
            </w:pPr>
            <w:r>
              <w:rPr>
                <w:rFonts w:ascii="Liberation Sans" w:hAnsi="Liberation Sans"/>
                <w:b w:val="0"/>
                <w:color w:val="273444"/>
                <w:sz w:val="15"/>
              </w:rPr>
              <w:t>Your alarm has powered up your whole body to respond quickly. The feelings are intense, but you still choose what you do next.</w:t>
            </w:r>
          </w:p>
        </w:tc>
      </w:tr>
    </w:tbl>
    <w:p>
      <w:r>
        <w:br w:type="page"/>
      </w:r>
    </w:p>
    <w:p>
      <w:pPr>
        <w:spacing w:before="0" w:after="60" w:line="240" w:lineRule="auto"/>
        <w:jc w:val="center"/>
      </w:pPr>
      <w:r>
        <w:rPr>
          <w:rFonts w:ascii="Liberation Sans" w:hAnsi="Liberation Sans"/>
          <w:b/>
          <w:color w:val="17365D"/>
          <w:sz w:val="40"/>
        </w:rPr>
        <w:t>WHERE DO YOU FEEL ANXIETY IN YOUR BODY?</w:t>
      </w:r>
    </w:p>
    <w:p>
      <w:pPr>
        <w:spacing w:before="0" w:after="160" w:line="240" w:lineRule="auto"/>
        <w:jc w:val="center"/>
      </w:pPr>
      <w:r>
        <w:rPr>
          <w:rFonts w:ascii="Liberation Sans" w:hAnsi="Liberation Sans"/>
          <w:b/>
          <w:color w:val="0D7C86"/>
          <w:sz w:val="21"/>
        </w:rPr>
        <w:t>Color, circle, shade, or draw where you notice your body alarm.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84"/>
      </w:tblGrid>
      <w:tr>
        <w:tc>
          <w:tcPr>
            <w:tcW w:type="dxa" w:w="10800"/>
            <w:shd w:fill="FFF1E6"/>
            <w:tcBorders>
              <w:top w:val="single" w:sz="8" w:color="F7C79D"/>
              <w:left w:val="single" w:sz="8" w:color="F7C79D"/>
              <w:bottom w:val="single" w:sz="8" w:color="F7C79D"/>
              <w:right w:val="single" w:sz="8" w:color="F7C79D"/>
            </w:tcBorders>
            <w:tcMar>
              <w:top w:w="80" w:type="dxa"/>
              <w:start w:w="130" w:type="dxa"/>
              <w:bottom w:w="80" w:type="dxa"/>
              <w:end w:w="130" w:type="dxa"/>
            </w:tcMar>
          </w:tcPr>
          <w:p>
            <w:pPr>
              <w:spacing w:before="0" w:after="0" w:line="240" w:lineRule="auto"/>
            </w:pPr>
            <w:r>
              <w:rPr>
                <w:rFonts w:ascii="Liberation Sans" w:hAnsi="Liberation Sans"/>
                <w:b w:val="0"/>
                <w:color w:val="273444"/>
                <w:sz w:val="19"/>
              </w:rPr>
              <w:t>There are no right or wrong answers. Anxiety can feel different in every body - and it may feel different at different times.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8"/>
        <w:gridCol w:w="5472"/>
      </w:tblGrid>
      <w:tr>
        <w:tc>
          <w:tcPr>
            <w:tcW w:type="dxa" w:w="5400"/>
            <w:vAlign w:val="center"/>
            <w:shd w:fill="FFFFFF"/>
            <w:tcBorders>
              <w:top w:val="single" w:sz="8" w:color="D8E7EC"/>
              <w:left w:val="single" w:sz="8" w:color="D8E7EC"/>
              <w:bottom w:val="single" w:sz="8" w:color="D8E7EC"/>
              <w:right w:val="single" w:sz="8" w:color="D8E7EC"/>
            </w:tcBorders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3383280" cy="507492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exec-10f04cac-c07a-461f-8a47-4a479d6d691c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3280" cy="50749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400"/>
            <w:vAlign w:val="top"/>
            <w:shd w:fill="F7FBFC"/>
            <w:tcBorders>
              <w:top w:val="single" w:sz="8" w:color="D8E7EC"/>
              <w:left w:val="single" w:sz="8" w:color="D8E7EC"/>
              <w:bottom w:val="single" w:sz="8" w:color="D8E7EC"/>
              <w:right w:val="single" w:sz="8" w:color="D8E7EC"/>
            </w:tcBorders>
            <w:tcMar>
              <w:top w:w="10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80" w:line="240" w:lineRule="auto"/>
            </w:pPr>
            <w:r>
              <w:rPr>
                <w:rFonts w:ascii="Liberation Sans" w:hAnsi="Liberation Sans"/>
                <w:b/>
                <w:color w:val="0D7C86"/>
                <w:sz w:val="22"/>
              </w:rPr>
              <w:t>What do you notice?</w:t>
            </w:r>
          </w:p>
          <w:p>
            <w:pPr>
              <w:spacing w:before="0" w:after="40" w:line="240" w:lineRule="auto"/>
            </w:pPr>
            <w:r>
              <w:rPr>
                <w:rFonts w:ascii="Liberation Sans" w:hAnsi="Liberation Sans"/>
                <w:b w:val="0"/>
                <w:color w:val="273444"/>
                <w:sz w:val="17"/>
              </w:rPr>
              <w:t>□  Foggy, dizzy, or unreal</w:t>
            </w:r>
          </w:p>
          <w:p>
            <w:pPr>
              <w:spacing w:before="0" w:after="40" w:line="240" w:lineRule="auto"/>
            </w:pPr>
            <w:r>
              <w:rPr>
                <w:rFonts w:ascii="Liberation Sans" w:hAnsi="Liberation Sans"/>
                <w:b w:val="0"/>
                <w:color w:val="273444"/>
                <w:sz w:val="17"/>
              </w:rPr>
              <w:t>□  Can't get a good breath</w:t>
            </w:r>
          </w:p>
          <w:p>
            <w:pPr>
              <w:spacing w:before="0" w:after="40" w:line="240" w:lineRule="auto"/>
            </w:pPr>
            <w:r>
              <w:rPr>
                <w:rFonts w:ascii="Liberation Sans" w:hAnsi="Liberation Sans"/>
                <w:b w:val="0"/>
                <w:color w:val="273444"/>
                <w:sz w:val="17"/>
              </w:rPr>
              <w:t>□  Racing heart</w:t>
            </w:r>
          </w:p>
          <w:p>
            <w:pPr>
              <w:spacing w:before="0" w:after="40" w:line="240" w:lineRule="auto"/>
            </w:pPr>
            <w:r>
              <w:rPr>
                <w:rFonts w:ascii="Liberation Sans" w:hAnsi="Liberation Sans"/>
                <w:b w:val="0"/>
                <w:color w:val="273444"/>
                <w:sz w:val="17"/>
              </w:rPr>
              <w:t>□  Weird or distorted vision</w:t>
            </w:r>
          </w:p>
          <w:p>
            <w:pPr>
              <w:spacing w:before="0" w:after="40" w:line="240" w:lineRule="auto"/>
            </w:pPr>
            <w:r>
              <w:rPr>
                <w:rFonts w:ascii="Liberation Sans" w:hAnsi="Liberation Sans"/>
                <w:b w:val="0"/>
                <w:color w:val="273444"/>
                <w:sz w:val="17"/>
              </w:rPr>
              <w:t>□  Butterflies or nausea</w:t>
            </w:r>
          </w:p>
          <w:p>
            <w:pPr>
              <w:spacing w:before="0" w:after="40" w:line="240" w:lineRule="auto"/>
            </w:pPr>
            <w:r>
              <w:rPr>
                <w:rFonts w:ascii="Liberation Sans" w:hAnsi="Liberation Sans"/>
                <w:b w:val="0"/>
                <w:color w:val="273444"/>
                <w:sz w:val="17"/>
              </w:rPr>
              <w:t>□  Hot and sweaty</w:t>
            </w:r>
          </w:p>
          <w:p>
            <w:pPr>
              <w:spacing w:before="0" w:after="40" w:line="240" w:lineRule="auto"/>
            </w:pPr>
            <w:r>
              <w:rPr>
                <w:rFonts w:ascii="Liberation Sans" w:hAnsi="Liberation Sans"/>
                <w:b w:val="0"/>
                <w:color w:val="273444"/>
                <w:sz w:val="17"/>
              </w:rPr>
              <w:t>□  Cold or tingly hands</w:t>
            </w:r>
          </w:p>
          <w:p>
            <w:pPr>
              <w:spacing w:before="0" w:after="40" w:line="240" w:lineRule="auto"/>
            </w:pPr>
            <w:r>
              <w:rPr>
                <w:rFonts w:ascii="Liberation Sans" w:hAnsi="Liberation Sans"/>
                <w:b w:val="0"/>
                <w:color w:val="273444"/>
                <w:sz w:val="17"/>
              </w:rPr>
              <w:t>□  Shaky or weak</w:t>
            </w:r>
          </w:p>
          <w:p>
            <w:pPr>
              <w:spacing w:before="0" w:after="40" w:line="240" w:lineRule="auto"/>
            </w:pPr>
            <w:r>
              <w:rPr>
                <w:rFonts w:ascii="Liberation Sans" w:hAnsi="Liberation Sans"/>
                <w:b w:val="0"/>
                <w:color w:val="273444"/>
                <w:sz w:val="17"/>
              </w:rPr>
              <w:t>□  Out of control</w:t>
            </w:r>
          </w:p>
          <w:p>
            <w:pPr>
              <w:spacing w:before="120" w:after="60" w:line="240" w:lineRule="auto"/>
            </w:pPr>
            <w:r>
              <w:rPr>
                <w:rFonts w:ascii="Liberation Sans" w:hAnsi="Liberation Sans"/>
                <w:b/>
                <w:color w:val="0D7C86"/>
                <w:sz w:val="19"/>
              </w:rPr>
              <w:t>What else do you feel?</w:t>
            </w:r>
          </w:p>
          <w:p>
            <w:pPr>
              <w:spacing w:before="0" w:after="20" w:line="240" w:lineRule="auto"/>
            </w:pPr>
            <w:r>
              <w:rPr>
                <w:rFonts w:ascii="Liberation Sans" w:hAnsi="Liberation Sans"/>
                <w:b w:val="0"/>
                <w:color w:val="64748B"/>
                <w:sz w:val="17"/>
              </w:rPr>
              <w:t>_______________________________________</w:t>
            </w:r>
          </w:p>
          <w:p>
            <w:pPr>
              <w:spacing w:before="0" w:after="20" w:line="240" w:lineRule="auto"/>
            </w:pPr>
            <w:r>
              <w:rPr>
                <w:rFonts w:ascii="Liberation Sans" w:hAnsi="Liberation Sans"/>
                <w:b w:val="0"/>
                <w:color w:val="64748B"/>
                <w:sz w:val="17"/>
              </w:rPr>
              <w:t>_______________________________________</w:t>
            </w:r>
          </w:p>
          <w:p>
            <w:pPr>
              <w:spacing w:before="0" w:after="20" w:line="240" w:lineRule="auto"/>
            </w:pPr>
            <w:r>
              <w:rPr>
                <w:rFonts w:ascii="Liberation Sans" w:hAnsi="Liberation Sans"/>
                <w:b w:val="0"/>
                <w:color w:val="64748B"/>
                <w:sz w:val="17"/>
              </w:rPr>
              <w:t>_______________________________________</w:t>
            </w:r>
          </w:p>
          <w:p>
            <w:pPr>
              <w:spacing w:before="140" w:after="60" w:line="240" w:lineRule="auto"/>
            </w:pPr>
            <w:r>
              <w:rPr>
                <w:rFonts w:ascii="Liberation Sans" w:hAnsi="Liberation Sans"/>
                <w:b/>
                <w:color w:val="0D7C86"/>
                <w:sz w:val="19"/>
              </w:rPr>
              <w:t>Which feeling shows up first?</w:t>
            </w:r>
          </w:p>
          <w:p>
            <w:pPr>
              <w:spacing w:before="0" w:after="0" w:line="240" w:lineRule="auto"/>
            </w:pPr>
            <w:r>
              <w:rPr>
                <w:rFonts w:ascii="Liberation Sans" w:hAnsi="Liberation Sans"/>
                <w:b w:val="0"/>
                <w:color w:val="64748B"/>
                <w:sz w:val="17"/>
              </w:rPr>
              <w:t>_______________________________________</w:t>
            </w:r>
          </w:p>
        </w:tc>
      </w:tr>
    </w:tbl>
    <w:p>
      <w:pPr>
        <w:spacing w:before="140" w:after="0" w:line="240" w:lineRule="auto"/>
        <w:jc w:val="center"/>
      </w:pPr>
      <w:r>
        <w:rPr>
          <w:rFonts w:ascii="Liberation Sans" w:hAnsi="Liberation Sans"/>
          <w:b/>
          <w:color w:val="0D7C86"/>
          <w:sz w:val="20"/>
        </w:rPr>
        <w:t>These feelings are real. They do not automatically mean something is wrong.</w:t>
      </w:r>
    </w:p>
    <w:p>
      <w:r>
        <w:br w:type="page"/>
      </w:r>
    </w:p>
    <w:p>
      <w:pPr>
        <w:spacing w:before="0" w:after="40" w:line="240" w:lineRule="auto"/>
        <w:jc w:val="center"/>
      </w:pPr>
      <w:r>
        <w:rPr>
          <w:rFonts w:ascii="Liberation Sans" w:hAnsi="Liberation Sans"/>
          <w:b/>
          <w:color w:val="17365D"/>
          <w:sz w:val="48"/>
        </w:rPr>
        <w:t>YOUR BODY ON ANXIETY</w:t>
      </w:r>
    </w:p>
    <w:p>
      <w:pPr>
        <w:spacing w:before="0" w:after="160" w:line="240" w:lineRule="auto"/>
        <w:jc w:val="center"/>
      </w:pPr>
      <w:r>
        <w:rPr>
          <w:rFonts w:ascii="Liberation Sans" w:hAnsi="Liberation Sans"/>
          <w:b/>
          <w:color w:val="0D7C86"/>
          <w:sz w:val="22"/>
        </w:rPr>
        <w:t>Because anxiety is not all in your head.</w:t>
      </w:r>
    </w:p>
    <w:p>
      <w:pPr>
        <w:spacing w:before="0" w:after="160" w:line="240" w:lineRule="auto"/>
        <w:jc w:val="right"/>
      </w:pPr>
      <w:r>
        <w:rPr>
          <w:rFonts w:ascii="Liberation Sans" w:hAnsi="Liberation Sans"/>
          <w:b/>
          <w:color w:val="64748B"/>
          <w:sz w:val="16"/>
        </w:rPr>
        <w:t>MAP YOUR OWN BODY ALARM</w:t>
      </w:r>
    </w:p>
    <w:p>
      <w:pPr>
        <w:spacing w:before="0" w:after="120" w:line="240" w:lineRule="auto"/>
      </w:pPr>
      <w:r>
        <w:rPr>
          <w:rFonts w:ascii="Liberation Sans" w:hAnsi="Liberation Sans"/>
          <w:b/>
          <w:color w:val="17365D"/>
          <w:sz w:val="21"/>
        </w:rPr>
        <w:t>Circle or check the sensations you notice when your alarm turns 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5"/>
        <w:gridCol w:w="5155"/>
      </w:tblGrid>
      <w:tr>
        <w:tc>
          <w:tcPr>
            <w:tcW w:type="dxa" w:w="5400"/>
            <w:shd w:fill="F7FBFC"/>
            <w:tcBorders>
              <w:top w:val="single" w:sz="6" w:color="DCE8ED"/>
              <w:left w:val="single" w:sz="6" w:color="DCE8ED"/>
              <w:bottom w:val="single" w:sz="6" w:color="DCE8ED"/>
              <w:right w:val="single" w:sz="6" w:color="DCE8ED"/>
            </w:tcBorders>
            <w:tcMar>
              <w:top w:w="72" w:type="dxa"/>
              <w:start w:w="110" w:type="dxa"/>
              <w:bottom w:w="72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Liberation Sans" w:hAnsi="Liberation Sans"/>
                <w:b w:val="0"/>
                <w:color w:val="273444"/>
                <w:sz w:val="18"/>
              </w:rPr>
              <w:t>□  My head feels foggy, dizzy, or unreal.</w:t>
            </w:r>
          </w:p>
        </w:tc>
        <w:tc>
          <w:tcPr>
            <w:tcW w:type="dxa" w:w="5400"/>
            <w:shd w:fill="F7FBFC"/>
            <w:tcBorders>
              <w:top w:val="single" w:sz="6" w:color="DCE8ED"/>
              <w:left w:val="single" w:sz="6" w:color="DCE8ED"/>
              <w:bottom w:val="single" w:sz="6" w:color="DCE8ED"/>
              <w:right w:val="single" w:sz="6" w:color="DCE8ED"/>
            </w:tcBorders>
            <w:tcMar>
              <w:top w:w="72" w:type="dxa"/>
              <w:start w:w="110" w:type="dxa"/>
              <w:bottom w:w="72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Liberation Sans" w:hAnsi="Liberation Sans"/>
                <w:b w:val="0"/>
                <w:color w:val="273444"/>
                <w:sz w:val="18"/>
              </w:rPr>
              <w:t>□  I feel like I can't get a good breath.</w:t>
            </w:r>
          </w:p>
        </w:tc>
      </w:tr>
      <w:tr>
        <w:tc>
          <w:tcPr>
            <w:tcW w:type="dxa" w:w="5400"/>
            <w:shd w:fill="F7FBFC"/>
            <w:tcBorders>
              <w:top w:val="single" w:sz="6" w:color="DCE8ED"/>
              <w:left w:val="single" w:sz="6" w:color="DCE8ED"/>
              <w:bottom w:val="single" w:sz="6" w:color="DCE8ED"/>
              <w:right w:val="single" w:sz="6" w:color="DCE8ED"/>
            </w:tcBorders>
            <w:tcMar>
              <w:top w:w="72" w:type="dxa"/>
              <w:start w:w="110" w:type="dxa"/>
              <w:bottom w:w="72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Liberation Sans" w:hAnsi="Liberation Sans"/>
                <w:b w:val="0"/>
                <w:color w:val="273444"/>
                <w:sz w:val="18"/>
              </w:rPr>
              <w:t>□  My heart is racing.</w:t>
            </w:r>
          </w:p>
        </w:tc>
        <w:tc>
          <w:tcPr>
            <w:tcW w:type="dxa" w:w="5400"/>
            <w:shd w:fill="F7FBFC"/>
            <w:tcBorders>
              <w:top w:val="single" w:sz="6" w:color="DCE8ED"/>
              <w:left w:val="single" w:sz="6" w:color="DCE8ED"/>
              <w:bottom w:val="single" w:sz="6" w:color="DCE8ED"/>
              <w:right w:val="single" w:sz="6" w:color="DCE8ED"/>
            </w:tcBorders>
            <w:tcMar>
              <w:top w:w="72" w:type="dxa"/>
              <w:start w:w="110" w:type="dxa"/>
              <w:bottom w:w="72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Liberation Sans" w:hAnsi="Liberation Sans"/>
                <w:b w:val="0"/>
                <w:color w:val="273444"/>
                <w:sz w:val="18"/>
              </w:rPr>
              <w:t>□  Things look weird or distorted.</w:t>
            </w:r>
          </w:p>
        </w:tc>
      </w:tr>
      <w:tr>
        <w:tc>
          <w:tcPr>
            <w:tcW w:type="dxa" w:w="5400"/>
            <w:shd w:fill="F7FBFC"/>
            <w:tcBorders>
              <w:top w:val="single" w:sz="6" w:color="DCE8ED"/>
              <w:left w:val="single" w:sz="6" w:color="DCE8ED"/>
              <w:bottom w:val="single" w:sz="6" w:color="DCE8ED"/>
              <w:right w:val="single" w:sz="6" w:color="DCE8ED"/>
            </w:tcBorders>
            <w:tcMar>
              <w:top w:w="72" w:type="dxa"/>
              <w:start w:w="110" w:type="dxa"/>
              <w:bottom w:w="72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Liberation Sans" w:hAnsi="Liberation Sans"/>
                <w:b w:val="0"/>
                <w:color w:val="273444"/>
                <w:sz w:val="18"/>
              </w:rPr>
              <w:t>□  I have butterflies or feel nauseous.</w:t>
            </w:r>
          </w:p>
        </w:tc>
        <w:tc>
          <w:tcPr>
            <w:tcW w:type="dxa" w:w="5400"/>
            <w:shd w:fill="F7FBFC"/>
            <w:tcBorders>
              <w:top w:val="single" w:sz="6" w:color="DCE8ED"/>
              <w:left w:val="single" w:sz="6" w:color="DCE8ED"/>
              <w:bottom w:val="single" w:sz="6" w:color="DCE8ED"/>
              <w:right w:val="single" w:sz="6" w:color="DCE8ED"/>
            </w:tcBorders>
            <w:tcMar>
              <w:top w:w="72" w:type="dxa"/>
              <w:start w:w="110" w:type="dxa"/>
              <w:bottom w:w="72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Liberation Sans" w:hAnsi="Liberation Sans"/>
                <w:b w:val="0"/>
                <w:color w:val="273444"/>
                <w:sz w:val="18"/>
              </w:rPr>
              <w:t>□  I feel hot and sweaty.</w:t>
            </w:r>
          </w:p>
        </w:tc>
      </w:tr>
      <w:tr>
        <w:tc>
          <w:tcPr>
            <w:tcW w:type="dxa" w:w="5400"/>
            <w:shd w:fill="F7FBFC"/>
            <w:tcBorders>
              <w:top w:val="single" w:sz="6" w:color="DCE8ED"/>
              <w:left w:val="single" w:sz="6" w:color="DCE8ED"/>
              <w:bottom w:val="single" w:sz="6" w:color="DCE8ED"/>
              <w:right w:val="single" w:sz="6" w:color="DCE8ED"/>
            </w:tcBorders>
            <w:tcMar>
              <w:top w:w="72" w:type="dxa"/>
              <w:start w:w="110" w:type="dxa"/>
              <w:bottom w:w="72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Liberation Sans" w:hAnsi="Liberation Sans"/>
                <w:b w:val="0"/>
                <w:color w:val="273444"/>
                <w:sz w:val="18"/>
              </w:rPr>
              <w:t>□  My hands feel cold or tingly.</w:t>
            </w:r>
          </w:p>
        </w:tc>
        <w:tc>
          <w:tcPr>
            <w:tcW w:type="dxa" w:w="5400"/>
            <w:shd w:fill="F7FBFC"/>
            <w:tcBorders>
              <w:top w:val="single" w:sz="6" w:color="DCE8ED"/>
              <w:left w:val="single" w:sz="6" w:color="DCE8ED"/>
              <w:bottom w:val="single" w:sz="6" w:color="DCE8ED"/>
              <w:right w:val="single" w:sz="6" w:color="DCE8ED"/>
            </w:tcBorders>
            <w:tcMar>
              <w:top w:w="72" w:type="dxa"/>
              <w:start w:w="110" w:type="dxa"/>
              <w:bottom w:w="72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Liberation Sans" w:hAnsi="Liberation Sans"/>
                <w:b w:val="0"/>
                <w:color w:val="273444"/>
                <w:sz w:val="18"/>
              </w:rPr>
              <w:t>□  My body feels shaky or weak.</w:t>
            </w:r>
          </w:p>
        </w:tc>
      </w:tr>
      <w:tr>
        <w:tc>
          <w:tcPr>
            <w:tcW w:type="dxa" w:w="5400"/>
            <w:shd w:fill="F7FBFC"/>
            <w:tcBorders>
              <w:top w:val="single" w:sz="6" w:color="DCE8ED"/>
              <w:left w:val="single" w:sz="6" w:color="DCE8ED"/>
              <w:bottom w:val="single" w:sz="6" w:color="DCE8ED"/>
              <w:right w:val="single" w:sz="6" w:color="DCE8ED"/>
            </w:tcBorders>
            <w:tcMar>
              <w:top w:w="72" w:type="dxa"/>
              <w:start w:w="110" w:type="dxa"/>
              <w:bottom w:w="72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Liberation Sans" w:hAnsi="Liberation Sans"/>
                <w:b w:val="0"/>
                <w:color w:val="273444"/>
                <w:sz w:val="18"/>
              </w:rPr>
              <w:t>□  I feel like I'm losing control.</w:t>
            </w:r>
          </w:p>
        </w:tc>
        <w:tc>
          <w:tcPr>
            <w:tcW w:type="dxa" w:w="5400"/>
            <w:shd w:fill="F7FBFC"/>
            <w:tcBorders>
              <w:top w:val="single" w:sz="6" w:color="DCE8ED"/>
              <w:left w:val="single" w:sz="6" w:color="DCE8ED"/>
              <w:bottom w:val="single" w:sz="6" w:color="DCE8ED"/>
              <w:right w:val="single" w:sz="6" w:color="DCE8ED"/>
            </w:tcBorders>
            <w:tcMar>
              <w:top w:w="72" w:type="dxa"/>
              <w:start w:w="110" w:type="dxa"/>
              <w:bottom w:w="72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Liberation Sans" w:hAnsi="Liberation Sans"/>
                <w:b w:val="0"/>
                <w:color w:val="273444"/>
                <w:sz w:val="18"/>
              </w:rPr>
              <w:t>□  Something else: 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84"/>
      </w:tblGrid>
      <w:tr>
        <w:tc>
          <w:tcPr>
            <w:tcW w:type="dxa" w:w="10800"/>
            <w:shd w:fill="DFF3F2"/>
            <w:tcBorders>
              <w:top w:val="single" w:sz="8" w:color="B8DCDC"/>
              <w:left w:val="single" w:sz="8" w:color="B8DCDC"/>
              <w:bottom w:val="single" w:sz="8" w:color="B8DCDC"/>
              <w:right w:val="single" w:sz="8" w:color="B8DCDC"/>
            </w:tcBorders>
            <w:tcMar>
              <w:top w:w="82" w:type="dxa"/>
              <w:start w:w="130" w:type="dxa"/>
              <w:bottom w:w="72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Liberation Sans" w:hAnsi="Liberation Sans"/>
                <w:b/>
                <w:color w:val="0D7C86"/>
                <w:sz w:val="19"/>
              </w:rPr>
              <w:t>The sensation that grabs my attention most is:</w:t>
            </w:r>
          </w:p>
          <w:p>
            <w:pPr>
              <w:spacing w:before="0" w:after="20" w:line="240" w:lineRule="auto"/>
            </w:pPr>
            <w:r>
              <w:rPr>
                <w:rFonts w:ascii="Liberation Sans" w:hAnsi="Liberation Sans"/>
                <w:b w:val="0"/>
                <w:color w:val="64748B"/>
                <w:sz w:val="16"/>
              </w:rPr>
              <w:t>________________________________________________________________________________</w:t>
            </w:r>
          </w:p>
        </w:tc>
      </w:tr>
    </w:tbl>
    <w:p>
      <w:pPr>
        <w:spacing w:after="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84"/>
      </w:tblGrid>
      <w:tr>
        <w:tc>
          <w:tcPr>
            <w:tcW w:type="dxa" w:w="10800"/>
            <w:shd w:fill="DFF3F2"/>
            <w:tcBorders>
              <w:top w:val="single" w:sz="8" w:color="B8DCDC"/>
              <w:left w:val="single" w:sz="8" w:color="B8DCDC"/>
              <w:bottom w:val="single" w:sz="8" w:color="B8DCDC"/>
              <w:right w:val="single" w:sz="8" w:color="B8DCDC"/>
            </w:tcBorders>
            <w:tcMar>
              <w:top w:w="82" w:type="dxa"/>
              <w:start w:w="130" w:type="dxa"/>
              <w:bottom w:w="72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Liberation Sans" w:hAnsi="Liberation Sans"/>
                <w:b/>
                <w:color w:val="0D7C86"/>
                <w:sz w:val="19"/>
              </w:rPr>
              <w:t>When I notice it, my alarm tells me:</w:t>
            </w:r>
          </w:p>
          <w:p>
            <w:pPr>
              <w:spacing w:before="0" w:after="20" w:line="240" w:lineRule="auto"/>
            </w:pPr>
            <w:r>
              <w:rPr>
                <w:rFonts w:ascii="Liberation Sans" w:hAnsi="Liberation Sans"/>
                <w:b w:val="0"/>
                <w:color w:val="64748B"/>
                <w:sz w:val="16"/>
              </w:rPr>
              <w:t>________________________________________________________________________________</w:t>
            </w:r>
          </w:p>
          <w:p>
            <w:pPr>
              <w:spacing w:before="0" w:after="20" w:line="240" w:lineRule="auto"/>
            </w:pPr>
            <w:r>
              <w:rPr>
                <w:rFonts w:ascii="Liberation Sans" w:hAnsi="Liberation Sans"/>
                <w:b w:val="0"/>
                <w:color w:val="64748B"/>
                <w:sz w:val="16"/>
              </w:rPr>
              <w:t>________________________________________________________________________________</w:t>
            </w:r>
          </w:p>
        </w:tc>
      </w:tr>
    </w:tbl>
    <w:p>
      <w:pPr>
        <w:spacing w:after="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84"/>
      </w:tblGrid>
      <w:tr>
        <w:tc>
          <w:tcPr>
            <w:tcW w:type="dxa" w:w="10800"/>
            <w:shd w:fill="DFF3F2"/>
            <w:tcBorders>
              <w:top w:val="single" w:sz="8" w:color="B8DCDC"/>
              <w:left w:val="single" w:sz="8" w:color="B8DCDC"/>
              <w:bottom w:val="single" w:sz="8" w:color="B8DCDC"/>
              <w:right w:val="single" w:sz="8" w:color="B8DCDC"/>
            </w:tcBorders>
            <w:tcMar>
              <w:top w:w="82" w:type="dxa"/>
              <w:start w:w="130" w:type="dxa"/>
              <w:bottom w:w="72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Liberation Sans" w:hAnsi="Liberation Sans"/>
                <w:b/>
                <w:color w:val="0D7C86"/>
                <w:sz w:val="19"/>
              </w:rPr>
              <w:t>What my body is actually doing:</w:t>
            </w:r>
          </w:p>
          <w:p>
            <w:pPr>
              <w:spacing w:before="0" w:after="20" w:line="240" w:lineRule="auto"/>
            </w:pPr>
            <w:r>
              <w:rPr>
                <w:rFonts w:ascii="Liberation Sans" w:hAnsi="Liberation Sans"/>
                <w:b w:val="0"/>
                <w:color w:val="64748B"/>
                <w:sz w:val="16"/>
              </w:rPr>
              <w:t>________________________________________________________________________________</w:t>
            </w:r>
          </w:p>
          <w:p>
            <w:pPr>
              <w:spacing w:before="0" w:after="20" w:line="240" w:lineRule="auto"/>
            </w:pPr>
            <w:r>
              <w:rPr>
                <w:rFonts w:ascii="Liberation Sans" w:hAnsi="Liberation Sans"/>
                <w:b w:val="0"/>
                <w:color w:val="64748B"/>
                <w:sz w:val="16"/>
              </w:rPr>
              <w:t>________________________________________________________________________________</w:t>
            </w:r>
          </w:p>
        </w:tc>
      </w:tr>
    </w:tbl>
    <w:p>
      <w:pPr>
        <w:spacing w:after="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84"/>
      </w:tblGrid>
      <w:tr>
        <w:tc>
          <w:tcPr>
            <w:tcW w:type="dxa" w:w="10800"/>
            <w:shd w:fill="FFF1E6"/>
            <w:tcBorders>
              <w:top w:val="single" w:sz="8" w:color="F7C79D"/>
              <w:left w:val="single" w:sz="8" w:color="F7C79D"/>
              <w:bottom w:val="single" w:sz="8" w:color="F7C79D"/>
              <w:right w:val="single" w:sz="8" w:color="F7C79D"/>
            </w:tcBorders>
            <w:tcMar>
              <w:top w:w="90" w:type="dxa"/>
              <w:start w:w="140" w:type="dxa"/>
              <w:bottom w:w="90" w:type="dxa"/>
              <w:end w:w="140" w:type="dxa"/>
            </w:tcMar>
          </w:tcPr>
          <w:p>
            <w:pPr>
              <w:spacing w:before="0" w:after="80" w:line="240" w:lineRule="auto"/>
            </w:pPr>
            <w:r>
              <w:rPr>
                <w:rFonts w:ascii="Liberation Sans" w:hAnsi="Liberation Sans"/>
                <w:b/>
                <w:color w:val="F28C45"/>
                <w:sz w:val="18"/>
              </w:rPr>
              <w:t>CHECK THE ALARM</w:t>
            </w:r>
          </w:p>
          <w:p>
            <w:pPr>
              <w:spacing w:before="0" w:after="80" w:line="240" w:lineRule="auto"/>
            </w:pPr>
            <w:r>
              <w:rPr>
                <w:rFonts w:ascii="Liberation Sans" w:hAnsi="Liberation Sans"/>
                <w:b w:val="0"/>
                <w:color w:val="273444"/>
                <w:sz w:val="18"/>
              </w:rPr>
              <w:t>□ Real emergency: I need to act.     □ False alarm: I can let it pass.     □ Not sure: I can check the facts once.</w:t>
            </w:r>
          </w:p>
          <w:p>
            <w:pPr>
              <w:spacing w:before="0" w:after="0" w:line="240" w:lineRule="auto"/>
            </w:pPr>
            <w:r>
              <w:rPr>
                <w:rFonts w:ascii="Liberation Sans" w:hAnsi="Liberation Sans"/>
                <w:b/>
                <w:color w:val="17365D"/>
                <w:sz w:val="18"/>
              </w:rPr>
              <w:t>My next helpful or brave step: _________________________________________________</w:t>
            </w:r>
          </w:p>
        </w:tc>
      </w:tr>
    </w:tbl>
    <w:p>
      <w:pPr>
        <w:spacing w:before="120" w:after="0" w:line="240" w:lineRule="auto"/>
        <w:jc w:val="center"/>
      </w:pPr>
      <w:r>
        <w:rPr>
          <w:rFonts w:ascii="Liberation Sans" w:hAnsi="Liberation Sans"/>
          <w:b/>
          <w:color w:val="0D7C86"/>
          <w:sz w:val="20"/>
        </w:rPr>
        <w:t>I do not have to make the feeling disappear before I keep going.</w:t>
      </w:r>
    </w:p>
    <w:sectPr w:rsidR="00FC693F" w:rsidRPr="0006063C" w:rsidSect="00034616">
      <w:footerReference w:type="default" r:id="rId10"/>
      <w:pgSz w:w="12240" w:h="15840"/>
      <w:pgMar w:top="605" w:right="720" w:bottom="60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drawing>
        <wp:inline xmlns:a="http://schemas.openxmlformats.org/drawingml/2006/main" xmlns:pic="http://schemas.openxmlformats.org/drawingml/2006/picture">
          <wp:extent cx="1508760" cy="493867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A_FINAL_LOGO(20260829-211426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8760" cy="493867"/>
                  </a:xfrm>
                  <a:prstGeom prst="rect"/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Liberation Sans" w:hAnsi="Liberation San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Relationship Id="rId11" Type="http://schemas.openxmlformats.org/officeDocument/2006/relationships/image" Target="media/image3.png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